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rFonts w:ascii="Aptos Display" w:hAnsi="Aptos Display"/>
          <w:b/>
          <w:color w:val="690399"/>
          <w:sz w:val="38"/>
        </w:rPr>
        <w:t>BOOK SELL SHEET</w:t>
      </w:r>
    </w:p>
    <w:p>
      <w:pPr>
        <w:spacing w:after="120"/>
        <w:jc w:val="center"/>
      </w:pPr>
      <w:r>
        <w:rPr>
          <w:i/>
          <w:color w:val="777777"/>
          <w:sz w:val="17"/>
        </w:rPr>
        <w:t>A one-page template for indie authors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3240"/>
            <w:tcMar>
              <w:top w:w="20" w:type="dxa"/>
              <w:start w:w="20" w:type="dxa"/>
              <w:bottom w:w="20" w:type="dxa"/>
              <w:end w:w="80" w:type="dxa"/>
            </w:tcMar>
          </w:tcPr>
          <w:p/>
          <w:tbl>
            <w:tblPr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3240"/>
            </w:tblGrid>
            <w:tr>
              <w:trPr>
                <w:trHeight w:val="4003" w:hRule="exact"/>
              </w:trPr>
              <w:tc>
                <w:tcPr>
                  <w:tcW w:type="dxa" w:w="2621"/>
                  <w:vAlign w:val="center"/>
                  <w:shd w:fill="F3EAF8"/>
                  <w:tcBorders>
                    <w:top w:val="single" w:sz="8" w:color="690399"/>
                    <w:bottom w:val="single" w:sz="8" w:color="690399"/>
                    <w:left w:val="single" w:sz="8" w:color="690399"/>
                    <w:right w:val="single" w:sz="8" w:color="690399"/>
                  </w:tcBorders>
                </w:tcPr>
                <w:p>
                  <w:pPr>
                    <w:jc w:val="center"/>
                  </w:pPr>
                  <w:r>
                    <w:rPr>
                      <w:b/>
                      <w:color w:val="690399"/>
                      <w:sz w:val="22"/>
                    </w:rPr>
                    <w:t>INSERT</w:t>
                    <w:br/>
                    <w:t>BOOK COVER</w:t>
                  </w:r>
                </w:p>
              </w:tc>
            </w:tr>
          </w:tbl>
          <w:p/>
          <w:p>
            <w:pPr>
              <w:spacing w:before="60" w:after="0"/>
            </w:pPr>
            <w:r>
              <w:rPr>
                <w:b/>
                <w:color w:val="690399"/>
                <w:sz w:val="13"/>
              </w:rPr>
              <w:t>AUTHOR</w:t>
              <w:br/>
            </w:r>
            <w:r>
              <w:rPr>
                <w:sz w:val="17"/>
              </w:rPr>
              <w:t>[Author name]</w:t>
            </w:r>
          </w:p>
          <w:p>
            <w:pPr>
              <w:spacing w:before="60" w:after="0"/>
            </w:pPr>
            <w:r>
              <w:rPr>
                <w:b/>
                <w:color w:val="690399"/>
                <w:sz w:val="13"/>
              </w:rPr>
              <w:t>WEBSITE</w:t>
              <w:br/>
            </w:r>
            <w:r>
              <w:rPr>
                <w:sz w:val="17"/>
              </w:rPr>
              <w:t>[yourwebsite.com]</w:t>
            </w:r>
          </w:p>
          <w:p>
            <w:pPr>
              <w:spacing w:before="60" w:after="0"/>
            </w:pPr>
            <w:r>
              <w:rPr>
                <w:b/>
                <w:color w:val="690399"/>
                <w:sz w:val="13"/>
              </w:rPr>
              <w:t>EMAIL</w:t>
              <w:br/>
            </w:r>
            <w:r>
              <w:rPr>
                <w:sz w:val="17"/>
              </w:rPr>
              <w:t>[author@email.com]</w:t>
            </w:r>
          </w:p>
          <w:p>
            <w:pPr>
              <w:spacing w:before="80" w:after="40"/>
            </w:pPr>
            <w:r>
              <w:rPr>
                <w:b/>
                <w:color w:val="690399"/>
                <w:sz w:val="13"/>
              </w:rPr>
              <w:t>BOOK LINK / QR CODE</w:t>
            </w:r>
          </w:p>
          <w:tbl>
            <w:tblPr>
              <w:tblW w:type="auto" w:w="0"/>
              <w:jc w:val="center"/>
              <w:tblLook w:firstColumn="1" w:firstRow="1" w:lastColumn="0" w:lastRow="0" w:noHBand="0" w:noVBand="1" w:val="04A0"/>
            </w:tblPr>
            <w:tblGrid>
              <w:gridCol w:w="3240"/>
            </w:tblGrid>
            <w:tr>
              <w:trPr>
                <w:trHeight w:val="1440" w:hRule="exact"/>
              </w:trPr>
              <w:tc>
                <w:tcPr>
                  <w:tcW w:type="dxa" w:w="1440"/>
                  <w:vAlign w:val="center"/>
                  <w:shd w:fill="FAF8F3"/>
                  <w:tcBorders>
                    <w:top w:val="dashed" w:sz="7" w:color="999999"/>
                    <w:bottom w:val="dashed" w:sz="7" w:color="999999"/>
                    <w:left w:val="dashed" w:sz="7" w:color="999999"/>
                    <w:right w:val="dashed" w:sz="7" w:color="999999"/>
                  </w:tcBorders>
                </w:tcPr>
                <w:p>
                  <w:pPr>
                    <w:jc w:val="center"/>
                  </w:pPr>
                  <w:r>
                    <w:rPr>
                      <w:color w:val="777777"/>
                      <w:sz w:val="14"/>
                    </w:rPr>
                    <w:t>PLACE QR</w:t>
                    <w:br/>
                    <w:t>CODE HERE</w:t>
                  </w:r>
                </w:p>
              </w:tc>
            </w:tr>
          </w:tbl>
          <w:p/>
        </w:tc>
        <w:tc>
          <w:tcPr>
            <w:tcW w:type="dxa" w:w="7128"/>
            <w:tcMar>
              <w:top w:w="20" w:type="dxa"/>
              <w:start w:w="80" w:type="dxa"/>
              <w:bottom w:w="20" w:type="dxa"/>
              <w:end w:w="20" w:type="dxa"/>
            </w:tcMar>
          </w:tcPr>
          <w:p>
            <w:pPr>
              <w:spacing w:after="0"/>
            </w:pPr>
            <w:r>
              <w:rPr>
                <w:rFonts w:ascii="Aptos Display" w:hAnsi="Aptos Display"/>
                <w:b/>
                <w:color w:val="690399"/>
                <w:sz w:val="40"/>
              </w:rPr>
              <w:t>[BOOK TITLE]</w:t>
            </w:r>
          </w:p>
          <w:p>
            <w:pPr>
              <w:spacing w:after="80"/>
            </w:pPr>
            <w:r>
              <w:rPr>
                <w:i/>
                <w:color w:val="777777"/>
                <w:sz w:val="17"/>
              </w:rPr>
              <w:t>[Optional subtitle or series name]</w:t>
            </w:r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7128"/>
            </w:tblGrid>
            <w:tr>
              <w:tc>
                <w:tcPr>
                  <w:tcW w:type="dxa" w:w="7128"/>
                  <w:shd w:fill="F3EAF8"/>
                  <w:tcMar>
                    <w:top w:w="65" w:type="dxa"/>
                    <w:start w:w="85" w:type="dxa"/>
                    <w:bottom w:w="65" w:type="dxa"/>
                    <w:end w:w="85" w:type="dxa"/>
                  </w:tcMar>
                  <w:tcBorders>
                    <w:left w:val="single" w:sz="18" w:color="690399"/>
                  </w:tcBorders>
                </w:tcPr>
                <w:p>
                  <w:pPr>
                    <w:spacing w:after="0"/>
                  </w:pPr>
                  <w:r>
                    <w:rPr>
                      <w:b/>
                      <w:sz w:val="17"/>
                    </w:rPr>
                    <w:t>[ONE-SENTENCE HOOK OR SALES PITCH]</w:t>
                  </w:r>
                </w:p>
              </w:tc>
            </w:tr>
          </w:tbl>
          <w:p/>
          <w:p>
            <w:pPr>
              <w:spacing w:before="100" w:after="20"/>
            </w:pPr>
            <w:r>
              <w:rPr>
                <w:b/>
                <w:color w:val="690399"/>
                <w:sz w:val="13"/>
              </w:rPr>
              <w:t>BOOK DESCRIPTION</w:t>
            </w:r>
          </w:p>
          <w:p>
            <w:pPr>
              <w:spacing w:after="80"/>
            </w:pPr>
            <w:r>
              <w:rPr>
                <w:sz w:val="16"/>
              </w:rPr>
              <w:t>[Write a short 75-125 word description. Focus on the premise, stakes, audience appeal, and what makes the book distinctive.]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</w:tblPr>
            <w:tblGrid>
              <w:gridCol w:w="3564"/>
              <w:gridCol w:w="3564"/>
            </w:tblGrid>
            <w:tr>
              <w:tc>
                <w:tcPr>
                  <w:tcW w:type="dxa" w:w="3427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  <w:tcBorders>
                    <w:top w:val="single" w:sz="3" w:color="D9D9D9"/>
                    <w:bottom w:val="single" w:sz="3" w:color="D9D9D9"/>
                    <w:left w:val="single" w:sz="3" w:color="D9D9D9"/>
                    <w:right w:val="single" w:sz="3" w:color="D9D9D9"/>
                  </w:tcBorders>
                </w:tcPr>
                <w:p>
                  <w:pPr>
                    <w:spacing w:after="0"/>
                  </w:pPr>
                  <w:r>
                    <w:rPr>
                      <w:b/>
                      <w:color w:val="690399"/>
                      <w:sz w:val="13"/>
                    </w:rPr>
                    <w:t>GENRE</w:t>
                    <w:br/>
                  </w:r>
                  <w:r>
                    <w:rPr>
                      <w:color w:val="222222"/>
                      <w:sz w:val="16"/>
                    </w:rPr>
                    <w:t>[Genre / subgenre]</w:t>
                  </w:r>
                </w:p>
              </w:tc>
              <w:tc>
                <w:tcPr>
                  <w:tcW w:type="dxa" w:w="3427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  <w:tcBorders>
                    <w:top w:val="single" w:sz="3" w:color="D9D9D9"/>
                    <w:bottom w:val="single" w:sz="3" w:color="D9D9D9"/>
                    <w:left w:val="single" w:sz="3" w:color="D9D9D9"/>
                    <w:right w:val="single" w:sz="3" w:color="D9D9D9"/>
                  </w:tcBorders>
                </w:tcPr>
                <w:p>
                  <w:pPr>
                    <w:spacing w:after="0"/>
                  </w:pPr>
                  <w:r>
                    <w:rPr>
                      <w:b/>
                      <w:color w:val="690399"/>
                      <w:sz w:val="13"/>
                    </w:rPr>
                    <w:t>TARGET AUDIENCE</w:t>
                    <w:br/>
                  </w:r>
                  <w:r>
                    <w:rPr>
                      <w:color w:val="222222"/>
                      <w:sz w:val="16"/>
                    </w:rPr>
                    <w:t>[e.g., YA, Adult, educators]</w:t>
                  </w:r>
                </w:p>
              </w:tc>
            </w:tr>
            <w:tr>
              <w:tc>
                <w:tcPr>
                  <w:tcW w:type="dxa" w:w="3427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  <w:tcBorders>
                    <w:top w:val="single" w:sz="3" w:color="D9D9D9"/>
                    <w:bottom w:val="single" w:sz="3" w:color="D9D9D9"/>
                    <w:left w:val="single" w:sz="3" w:color="D9D9D9"/>
                    <w:right w:val="single" w:sz="3" w:color="D9D9D9"/>
                  </w:tcBorders>
                </w:tcPr>
                <w:p>
                  <w:pPr>
                    <w:spacing w:after="0"/>
                  </w:pPr>
                  <w:r>
                    <w:rPr>
                      <w:b/>
                      <w:color w:val="690399"/>
                      <w:sz w:val="13"/>
                    </w:rPr>
                    <w:t>ISBN</w:t>
                    <w:br/>
                  </w:r>
                  <w:r>
                    <w:rPr>
                      <w:color w:val="222222"/>
                      <w:sz w:val="16"/>
                    </w:rPr>
                    <w:t>[ISBN]</w:t>
                  </w:r>
                </w:p>
              </w:tc>
              <w:tc>
                <w:tcPr>
                  <w:tcW w:type="dxa" w:w="3427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  <w:tcBorders>
                    <w:top w:val="single" w:sz="3" w:color="D9D9D9"/>
                    <w:bottom w:val="single" w:sz="3" w:color="D9D9D9"/>
                    <w:left w:val="single" w:sz="3" w:color="D9D9D9"/>
                    <w:right w:val="single" w:sz="3" w:color="D9D9D9"/>
                  </w:tcBorders>
                </w:tcPr>
                <w:p>
                  <w:pPr>
                    <w:spacing w:after="0"/>
                  </w:pPr>
                  <w:r>
                    <w:rPr>
                      <w:b/>
                      <w:color w:val="690399"/>
                      <w:sz w:val="13"/>
                    </w:rPr>
                    <w:t>PUBLICATION DATE</w:t>
                    <w:br/>
                  </w:r>
                  <w:r>
                    <w:rPr>
                      <w:color w:val="222222"/>
                      <w:sz w:val="16"/>
                    </w:rPr>
                    <w:t>[Month Day, Year]</w:t>
                  </w:r>
                </w:p>
              </w:tc>
            </w:tr>
            <w:tr>
              <w:tc>
                <w:tcPr>
                  <w:tcW w:type="dxa" w:w="3427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  <w:tcBorders>
                    <w:top w:val="single" w:sz="3" w:color="D9D9D9"/>
                    <w:bottom w:val="single" w:sz="3" w:color="D9D9D9"/>
                    <w:left w:val="single" w:sz="3" w:color="D9D9D9"/>
                    <w:right w:val="single" w:sz="3" w:color="D9D9D9"/>
                  </w:tcBorders>
                </w:tcPr>
                <w:p>
                  <w:pPr>
                    <w:spacing w:after="0"/>
                  </w:pPr>
                  <w:r>
                    <w:rPr>
                      <w:b/>
                      <w:color w:val="690399"/>
                      <w:sz w:val="13"/>
                    </w:rPr>
                    <w:t>FORMAT</w:t>
                    <w:br/>
                  </w:r>
                  <w:r>
                    <w:rPr>
                      <w:color w:val="222222"/>
                      <w:sz w:val="16"/>
                    </w:rPr>
                    <w:t>[Paperback / Hardcover]</w:t>
                  </w:r>
                </w:p>
              </w:tc>
              <w:tc>
                <w:tcPr>
                  <w:tcW w:type="dxa" w:w="3427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  <w:tcBorders>
                    <w:top w:val="single" w:sz="3" w:color="D9D9D9"/>
                    <w:bottom w:val="single" w:sz="3" w:color="D9D9D9"/>
                    <w:left w:val="single" w:sz="3" w:color="D9D9D9"/>
                    <w:right w:val="single" w:sz="3" w:color="D9D9D9"/>
                  </w:tcBorders>
                </w:tcPr>
                <w:p>
                  <w:pPr>
                    <w:spacing w:after="0"/>
                  </w:pPr>
                  <w:r>
                    <w:rPr>
                      <w:b/>
                      <w:color w:val="690399"/>
                      <w:sz w:val="13"/>
                    </w:rPr>
                    <w:t>PAGE COUNT</w:t>
                    <w:br/>
                  </w:r>
                  <w:r>
                    <w:rPr>
                      <w:color w:val="222222"/>
                      <w:sz w:val="16"/>
                    </w:rPr>
                    <w:t>[### pages]</w:t>
                  </w:r>
                </w:p>
              </w:tc>
            </w:tr>
            <w:tr>
              <w:tc>
                <w:tcPr>
                  <w:tcW w:type="dxa" w:w="3427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  <w:tcBorders>
                    <w:top w:val="single" w:sz="3" w:color="D9D9D9"/>
                    <w:bottom w:val="single" w:sz="3" w:color="D9D9D9"/>
                    <w:left w:val="single" w:sz="3" w:color="D9D9D9"/>
                    <w:right w:val="single" w:sz="3" w:color="D9D9D9"/>
                  </w:tcBorders>
                </w:tcPr>
                <w:p>
                  <w:pPr>
                    <w:spacing w:after="0"/>
                  </w:pPr>
                  <w:r>
                    <w:rPr>
                      <w:b/>
                      <w:color w:val="690399"/>
                      <w:sz w:val="13"/>
                    </w:rPr>
                    <w:t>RETAIL PRICE</w:t>
                    <w:br/>
                  </w:r>
                  <w:r>
                    <w:rPr>
                      <w:color w:val="222222"/>
                      <w:sz w:val="16"/>
                    </w:rPr>
                    <w:t>[$00.00]</w:t>
                  </w:r>
                </w:p>
              </w:tc>
              <w:tc>
                <w:tcPr>
                  <w:tcW w:type="dxa" w:w="3427"/>
                  <w:tcMar>
                    <w:top w:w="35" w:type="dxa"/>
                    <w:start w:w="55" w:type="dxa"/>
                    <w:bottom w:w="35" w:type="dxa"/>
                    <w:end w:w="55" w:type="dxa"/>
                  </w:tcMar>
                  <w:tcBorders>
                    <w:top w:val="single" w:sz="3" w:color="D9D9D9"/>
                    <w:bottom w:val="single" w:sz="3" w:color="D9D9D9"/>
                    <w:left w:val="single" w:sz="3" w:color="D9D9D9"/>
                    <w:right w:val="single" w:sz="3" w:color="D9D9D9"/>
                  </w:tcBorders>
                </w:tcPr>
                <w:p>
                  <w:pPr>
                    <w:spacing w:after="0"/>
                  </w:pPr>
                  <w:r>
                    <w:rPr>
                      <w:b/>
                      <w:color w:val="690399"/>
                      <w:sz w:val="13"/>
                    </w:rPr>
                    <w:t>DISTRIBUTOR</w:t>
                    <w:br/>
                  </w:r>
                  <w:r>
                    <w:rPr>
                      <w:color w:val="222222"/>
                      <w:sz w:val="16"/>
                    </w:rPr>
                    <w:t>[Ingram / D2D / other]</w:t>
                  </w:r>
                </w:p>
              </w:tc>
            </w:tr>
          </w:tbl>
          <w:p/>
          <w:p>
            <w:pPr>
              <w:spacing w:after="60"/>
            </w:pPr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7128"/>
            </w:tblGrid>
            <w:tr>
              <w:tc>
                <w:tcPr>
                  <w:tcW w:type="dxa" w:w="7128"/>
                  <w:shd w:fill="FAF8F3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  <w:tcBorders>
                    <w:top w:val="single" w:sz="5" w:color="D8C4E3"/>
                    <w:bottom w:val="single" w:sz="5" w:color="D8C4E3"/>
                    <w:left w:val="single" w:sz="5" w:color="D8C4E3"/>
                    <w:right w:val="single" w:sz="5" w:color="D8C4E3"/>
                  </w:tcBorders>
                </w:tcPr>
                <w:p>
                  <w:pPr>
                    <w:spacing w:after="20"/>
                  </w:pPr>
                  <w:r>
                    <w:rPr>
                      <w:b/>
                      <w:color w:val="690399"/>
                      <w:sz w:val="13"/>
                    </w:rPr>
                    <w:t>ORDERING / WHOLESALE INFORMATION</w:t>
                  </w:r>
                </w:p>
                <w:p>
                  <w:pPr>
                    <w:spacing w:after="0"/>
                  </w:pPr>
                  <w:r>
                    <w:rPr>
                      <w:sz w:val="14"/>
                    </w:rPr>
                    <w:t>[Wholesale discount, return status, and ordering details.]</w:t>
                    <w:br/>
                    <w:t>[Add distributor instructions or other bookseller/library terms.]</w:t>
                  </w:r>
                </w:p>
              </w:tc>
            </w:tr>
          </w:tbl>
          <w:p/>
          <w:p>
            <w:pPr>
              <w:spacing w:before="80" w:after="20"/>
            </w:pPr>
            <w:r>
              <w:rPr>
                <w:b/>
                <w:color w:val="690399"/>
                <w:sz w:val="13"/>
              </w:rPr>
              <w:t>AUTHOR BIO</w:t>
            </w:r>
          </w:p>
          <w:p>
            <w:pPr>
              <w:spacing w:after="0"/>
            </w:pPr>
            <w:r>
              <w:rPr>
                <w:sz w:val="16"/>
              </w:rPr>
              <w:t>[2-3 sentences. Include credentials, location/region if useful for local interest, and a concise author identity.]</w:t>
            </w:r>
          </w:p>
          <w:p>
            <w:pPr>
              <w:spacing w:before="80" w:after="20"/>
            </w:pPr>
            <w:r>
              <w:rPr>
                <w:b/>
                <w:color w:val="690399"/>
                <w:sz w:val="13"/>
              </w:rPr>
              <w:t>OPTIONAL: PRAISE / SELLING POINT</w:t>
            </w:r>
          </w:p>
          <w:p>
            <w:pPr>
              <w:spacing w:after="0"/>
            </w:pPr>
            <w:r>
              <w:rPr>
                <w:sz w:val="16"/>
              </w:rPr>
              <w:t>[Short review quote, award, comparable titles, local connection, classroom/library appeal, or other useful selling point.]</w:t>
            </w:r>
          </w:p>
        </w:tc>
      </w:tr>
    </w:tbl>
    <w:p>
      <w:pPr>
        <w:spacing w:before="80" w:after="0"/>
        <w:jc w:val="center"/>
      </w:pPr>
      <w:r>
        <w:rPr>
          <w:color w:val="777777"/>
          <w:sz w:val="14"/>
        </w:rPr>
        <w:t>TEMPLATE TIP: Replace all bracketed helper text, insert your cover + QR code, then save/export as a one-page PDF.</w:t>
      </w:r>
    </w:p>
    <w:p>
      <w:pPr>
        <w:spacing w:before="20" w:after="0"/>
        <w:jc w:val="center"/>
      </w:pPr>
      <w:r>
        <w:rPr>
          <w:b/>
          <w:color w:val="690399"/>
          <w:sz w:val="14"/>
        </w:rPr>
        <w:t>Free resource from TracieJoy.com</w:t>
      </w:r>
    </w:p>
    <w:sectPr w:rsidR="00FC693F" w:rsidRPr="0006063C" w:rsidSect="00034616">
      <w:pgSz w:w="12240" w:h="15840"/>
      <w:pgMar w:top="504" w:right="648" w:bottom="461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